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– דף עבודה · 🎒 יסודי</w:t>
      </w:r>
    </w:p>
    <w:p>
      <w:pPr>
        <w:bidi w:val="1"/>
        <w:spacing w:after="40"/>
        <w:jc w:val="right"/>
      </w:pPr>
      <w:r>
        <w:rPr>
          <w:rFonts w:ascii="Arial" w:hAnsi="Arial" w:cs="Arial"/>
          <w:b w:val="0"/>
          <w:color w:val="1F6F8B"/>
          <w:sz w:val="26"/>
          <w:rtl w:val="1"/>
          <w:szCs w:val="26"/>
        </w:rPr>
        <w:t>גמישים בדרך, יציבים במטרה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color w:val="6A7A70"/>
          <w:sz w:val="19"/>
          <w:rtl w:val="1"/>
          <w:szCs w:val="19"/>
        </w:rPr>
        <w:t>ערכה להדפסה • גמישות מחשבתית • פדגוגיה רגשית-חברתית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📘 מהדורה למורה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מטרות: לזהות מחשבה קשיחה מול גמישה; לנסח תוכנית ב׳ כשהתוכנית משתנה; להפוך "לא" ל"עוד לא"; להבחין בין מה שבידיים שלי למה שלא.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 w:val="1"/>
      </w:tblPr>
      <w:tblGrid>
        <w:gridCol w:w="3513"/>
        <w:gridCol w:w="3513"/>
        <w:gridCol w:w="3513"/>
      </w:tblGrid>
      <w:tr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דק׳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שלב</w:t>
            </w:r>
          </w:p>
        </w:tc>
        <w:tc>
          <w:tcPr>
            <w:tcW w:type="dxa" w:w="3513"/>
            <w:shd w:val="clear" w:color="auto" w:fill="F1EBFC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/>
                <w:sz w:val="21"/>
                <w:rtl w:val="1"/>
                <w:szCs w:val="21"/>
                <w:bCs/>
              </w:rPr>
              <w:t>מה עושים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0–5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פתיחה: "מחשבים מסלול מחדש"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שואלים: מתי ההודעה הזאת מופיעה באפליקציית ניווט? מה היא מלמדת? מציגים את ארבעת כפתורי "הנווט הפנימי".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5–15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🎋 קשיח או גמיש?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ממיינים במליאה מחשבות מהאתר (מקרינים). כל זוג מחליט ומנמק.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15–27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🧭 מחשבים מסלול מחדש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קבוצות מקבלות קלף שינוי-בתוכנית, בוחרות תגובה ומנסחות תוכנית ב׳ משלהן. מציגות בקצרה.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27–35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⏳ עוד לא / 🎯 מה בידיים שלי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יסודי ועולים: "עוד לא". חט״ב: שניהם. חט״ע: מלכודות חשיבה + טיעון נגדי.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35–40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🔁 משחק ההחלפה + 🌬️ עש״ן ד״ק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מתנסים 60 שניות במשחק, מדברים על "מחיר ההחלפה", וסוגרים בנשימה.</w:t>
            </w:r>
          </w:p>
        </w:tc>
      </w:tr>
      <w:tr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40–45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🎫 כרטיס יציאה</w:t>
            </w:r>
          </w:p>
        </w:tc>
        <w:tc>
          <w:tcPr>
            <w:tcW w:type="dxa" w:w="3513"/>
          </w:tcPr>
          <w:p>
            <w:pPr>
              <w:bidi w:val="1"/>
              <w:jc w:val="right"/>
            </w:pPr>
            <w:r/>
            <w:r>
              <w:rPr>
                <w:rFonts w:ascii="Arial" w:hAnsi="Arial" w:cs="Arial"/>
                <w:b w:val="0"/>
                <w:sz w:val="21"/>
                <w:rtl w:val="1"/>
                <w:szCs w:val="21"/>
              </w:rPr>
              <w:t>כל אחד/ת ממלא/ת כרטיס. נפרדים במשפט: "גמישים בדרך, יציבים במטרה".</w:t>
            </w:r>
          </w:p>
        </w:tc>
      </w:tr>
    </w:tbl>
    <w:p/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א׳: 1. קשיחה · 2. גמישה · 3. קשיחה · 4. גמישה · 5. קשיחה · 6. גמישה · 7. קשיחה · 8. גמישה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🔑 מפתח לחלק ג׳ (מיון): כמה אני מתאמן/ת – בידיים שלי · אם יירד גשם – לא בידיים שלי · איך אני מדבר/ת לחברים – בידיים שלי · מה יבשלו בבית לארוחת ערב – לא בידיים שלי · לבקש עזרה מהמורה – בידיים שלי · מי ינצח במשחק של הקבוצה האהובה – לא בידיים שלי</w:t>
      </w:r>
    </w:p>
    <w:p>
      <w:pPr>
        <w:bidi w:val="1"/>
        <w:spacing w:after="80"/>
        <w:jc w:val="right"/>
        <w:shd w:val="clear" w:color="auto" w:fill="EEF4FF"/>
      </w:pPr>
      <w:r>
        <w:rPr>
          <w:rFonts w:ascii="Arial" w:hAnsi="Arial" w:cs="Arial"/>
          <w:b w:val="0"/>
          <w:color w:val="0B3D5B"/>
          <w:sz w:val="21"/>
          <w:rtl w:val="1"/>
          <w:szCs w:val="21"/>
        </w:rPr>
        <w:t>🤝 מרחב בטוח: השיתוף הוא בחירה; תמיכה ולא טיפול; כל חשש – ליועצת באותו יום. מול פגיעה, חרם או אלימות לא מבקשים להתגמש.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🌉 גש״ר מאח״ד: גוף – עש״ן ד״ק · שכל – מחשבה גמישה · חברה – תוכנית ב׳ בקבוצה · דמיון – "אחרי העוד לא". ברוח מעש״ה: שואלים לפני שמפרשים, ובונים רצף – מה קרה, מה עכשיו, מה הלאה.</w:t>
      </w:r>
    </w:p>
    <w:p>
      <w:r>
        <w:br w:type="page"/>
      </w:r>
    </w:p>
    <w:p>
      <w:pPr>
        <w:bidi w:val="1"/>
        <w:spacing w:after="40"/>
        <w:jc w:val="right"/>
      </w:pPr>
      <w:r>
        <w:rPr>
          <w:rFonts w:ascii="Arial" w:hAnsi="Arial" w:cs="Arial"/>
          <w:b/>
          <w:color w:val="2E7D4F"/>
          <w:sz w:val="36"/>
          <w:rtl w:val="1"/>
          <w:szCs w:val="36"/>
          <w:bCs/>
        </w:rPr>
        <w:t>🎋 מתגמשים · 🎒 יסודי</w:t>
      </w:r>
    </w:p>
    <w:p>
      <w:pPr>
        <w:bidi w:val="1"/>
        <w:spacing w:after="1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שם: ______________   כיתה: ______   תאריך: 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א׳ – 🎋 קשיח או גמיש?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מחשבה קשיחה נתקעת על דרך אחת; מחשבה גמישה מחפשת עוד דרך. סמנו ליד כל מחשבה: 🪵 קשיחה או 🎋 גמישה.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אם אני לא משחק/ת ראשון/ה – אני לא משחק/ת בכלל!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ירד גשם? נשחק משחק קופסה בכיתה במקום.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הציור יצא לא כמו שרציתי – אני זורק/ת אותו.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החבר/ה שלי חולה היום – אשחק עם מישהו חדש.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תמיד אני מפסיד/ה, אין טעם לנסות.   🪵 / 🎋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עוד לא יודע/ת לקשור שרוכים – אני מתאמן/ת.   🪵 / 🎋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ב׳ – 🧭 מחשבים מסלול מחדש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התוכנית השתנתה. קראו את המקרה, הקיפו את התגובה הגמישה, וכתבו תוכנית ב׳ משלכם.</w:t>
      </w:r>
    </w:p>
    <w:p>
      <w:pPr>
        <w:bidi w:val="1"/>
        <w:spacing w:after="80"/>
        <w:jc w:val="right"/>
        <w:shd w:val="clear" w:color="auto" w:fill="F2F8FF"/>
      </w:pPr>
      <w:r>
        <w:rPr>
          <w:rFonts w:ascii="Arial" w:hAnsi="Arial" w:cs="Arial"/>
          <w:b/>
          <w:sz w:val="24"/>
          <w:rtl w:val="1"/>
          <w:szCs w:val="24"/>
          <w:bCs/>
        </w:rPr>
        <w:t>📦 ⚽ המגרש תפוס – יצאתם להפסקה לשחק כדורגל – והמגרש תפוס על ידי כיתה אחרת.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נשחק בינתיים תופסת, ובהפסקה הבאה נבקש מהתורנ/ית תור למגרש.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נצעק עליהם שילכו, זה המגרש שלנו!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אז אני לא משחק/ת כלום ויושב/ת בצד.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✍️ התוכנית ב׳ שלי: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  <w:shd w:val="clear" w:color="auto" w:fill="E8F5EC"/>
      </w:pPr>
      <w:r>
        <w:rPr>
          <w:rFonts w:ascii="Arial" w:hAnsi="Arial" w:cs="Arial"/>
          <w:b/>
          <w:color w:val="1F5C3A"/>
          <w:sz w:val="28"/>
          <w:rtl w:val="1"/>
          <w:szCs w:val="28"/>
          <w:bCs/>
        </w:rPr>
        <w:t>חלק ג׳ – ⏳ עוד לא · 🎯 מה בידיים שלי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3D4D44"/>
          <w:sz w:val="22"/>
          <w:rtl w:val="1"/>
          <w:szCs w:val="22"/>
        </w:rPr>
        <w:t>הפכו כל משפט תקוע למשפט עם "עוד לא" וצעד הבא. אחר כך מיינו.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"אני לא יודע/ת לרכוב על אופניים."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"אני לא מצליח/ה לקרוא את המילה הזאת."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"אני גרוע/ה בחשבון."  ←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מיינו (🎯 בידיים שלי / ☁️ לא בידיים שלי):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כמה אני מתאמן/ת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אם יירד גשם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איך אני מדבר/ת לחברים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מה יבשלו בבית לארוחת ערב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לבקש עזרה מהמורה</w:t>
      </w:r>
    </w:p>
    <w:p>
      <w:pPr>
        <w:bidi w:val="1"/>
        <w:spacing w:after="6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◯ מי ינצח במשחק של הקבוצה האהובה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777777"/>
          <w:sz w:val="18"/>
          <w:rtl w:val="1"/>
          <w:szCs w:val="18"/>
        </w:rPr>
        <w:t>✂️ - - - - - - - גזרו כאן - - - - - - -</w:t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sz w:val="26"/>
          <w:rtl w:val="1"/>
          <w:szCs w:val="26"/>
          <w:bCs/>
        </w:rPr>
        <w:t>🎫 כרטיס יציאה · שם: 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משהו שהשתנה לי השבוע: 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מה הייתה התוכנית ב׳ שלי?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sz w:val="24"/>
          <w:rtl w:val="1"/>
          <w:szCs w:val="24"/>
        </w:rPr>
        <w:t>משפט "עוד לא" שלי: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888888"/>
          <w:sz w:val="24"/>
          <w:rtl w:val="1"/>
          <w:szCs w:val="24"/>
        </w:rPr>
        <w:t>______________________________________________________________________</w:t>
      </w:r>
    </w:p>
    <w:p>
      <w:pPr>
        <w:bidi w:val="1"/>
        <w:spacing w:after="80"/>
        <w:jc w:val="right"/>
      </w:pPr>
      <w:r>
        <w:rPr>
          <w:rFonts w:ascii="Arial" w:hAnsi="Arial" w:cs="Arial"/>
          <w:b w:val="0"/>
          <w:color w:val="5B6472"/>
          <w:sz w:val="20"/>
          <w:rtl w:val="1"/>
          <w:szCs w:val="20"/>
        </w:rPr>
        <w:t>יצרה: רוית ראש בן ישי · 🎋 מתגמשים – גמישות מחשבתית</w:t>
      </w:r>
    </w:p>
    <w:sectPr w:rsidR="00FC693F" w:rsidRPr="0006063C" w:rsidSect="00034616">
      <w:pgSz w:w="12240" w:h="15840"/>
      <w:pgMar w:top="850" w:right="850" w:bottom="850" w:left="85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