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דף עבודה · 🎓 חט״ע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מטרות: לזהות מחשבה קשיחה מול גמישה; לנסח תוכנית ב׳ כשהתוכנית משתנה; להפוך "לא" ל"עוד לא"; להבחין בין מה שבידיים שלי למה שלא.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א׳: 1. קשיחה · 2. גמישה · 3. קשיחה · 4. גמישה · 5. קשיחה · 6. גמישה · 7. קשיחה · 8. גמישה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ג׳ (מיון): התגובה שלי לביקורת – בידיים שלי · מצב שוק העבודה – לא בידיים שלי · השתתפות במועצת התלמידים – בהשפעתי · הבחירות לכנסת – בהשפעתי · ההרגלים שלי ברשת – בידיים שלי · מזג האוויר ביום הטיול – לא בידיים שלי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🤝 מרחב בטוח: השיתוף הוא בחירה; תמיכה ולא טיפול; כל חשש – ליועצת באותו יום. מול פגיעה, חרם או אלימות לא מבקשים להתגמש.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גוף – עש״ן ד״ק · שכל – מחשבה גמישה · חברה – תוכנית ב׳ בקבוצה · דמיון – "אחרי העוד לא". ברוח מעש״ה: שואלים לפני שמפרשים, ובונים רצף – מה קרה, מה עכשיו, מה הלאה.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· 🎓 חט״ע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   כיתה: ______   תאריך: 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א׳ – 🎋 קשיח או גמיש?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מחשבה קשיחה נתקעת על דרך אחת; מחשבה גמישה מחפשת עוד דרך. סמנו ליד כל מחשבה: 🪵 קשיחה או 🎋 גמישה.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לא אתקבל ליחידה/למגמה שרציתי, כל התוכניות שלי נהרסו.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שיניתי את דעתי אחרי שקראתי נתונים חדשים – זה לא חולשה.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מי שחושב/ת אחרת ממני בוויכוח – פשוט לא מבין/ה.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הבגרות נדחתה – אשתמש בשבוע הנוסף לחזרה על הנושא החלש.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עשיתי טעות מול כולם, אני לא אצליח לתקן את הרושם.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יש לי מטרה ברורה, אבל אני פתוח/ה לשנות את הדרך אליה.   🪵 / 🎋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ב׳ – 🧭 מחשבים מסלול מחדש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התוכנית השתנתה. קראו את המקרה, הקיפו את התגובה הגמישה, וכתבו תוכנית ב׳ משלכם.</w:t>
      </w:r>
    </w:p>
    <w:p>
      <w:pPr>
        <w:bidi w:val="1"/>
        <w:spacing w:after="80"/>
        <w:jc w:val="right"/>
        <w:shd w:val="clear" w:color="auto" w:fill="F2F8FF"/>
      </w:pPr>
      <w:r>
        <w:rPr>
          <w:rFonts w:ascii="Arial" w:hAnsi="Arial" w:cs="Arial"/>
          <w:b/>
          <w:sz w:val="24"/>
          <w:rtl w:val="1"/>
          <w:szCs w:val="24"/>
          <w:bCs/>
        </w:rPr>
        <w:t>📦 🎓 לא התקבלתי למגמה – לא התקבלת למגמה שרצית בכיתה י׳.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אבדוק מה בדיוק היה חסר, אם אפשר לערער או לעבור בעוד שנה, ואילו מגמות קרובות מובילות לאותה מטרה.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זהו, כל העתיד המקצועי שלי נסגר.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המערכת לא הוגנת, אין טעם להתאמץ בכלל.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✍️ התוכנית ב׳ שלי: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⚖️ טיעון נגדי למחשבה הקשיחה: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ג׳ – ⏳ עוד לא · 🎯 מה בידיים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הפכו כל משפט תקוע למשפט עם "עוד לא" וצעד הבא. אחר כך מיינו.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"אין לי כישרון לכתיבה."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לא מסוגל/ת להבין פיזיקה."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"כבר מאוחר מדי לשנות כיוון."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מיינו (🎯 בשליטתי / 🌊 בהשפעתי / ☁️ מחוץ לשליטתי):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התגובה שלי לביקורת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מצב שוק העבודה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השתתפות במועצת התלמידים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הבחירות לכנסת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ההרגלים שלי ברשת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מזג האוויר ביום הטיול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🪤 איזו מלכודת חשיבה? הכול או כלום · מגדת עתידות · תמיד ואף פעם · קורא/ת מחשבות · חייב/ת! · תיוג · מסנן שלילי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"אם אני לא מצטיין/ת בבגרות, אין טעם לנסות." – מלכודת: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"המרואיין/ת ישים/תשים לב שאני לחוץ/ה ויפסלו אותי." – מלכודת: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"תמיד בוויכוחים אני יוצא/ת לא בסדר." – מלכודת: 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✂️ - - - - - - - גזרו כאן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🎫 כרטיס יציאה · שם: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מלכודת חשיבה שזיהיתי אצלי: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טיעון נגדי שכתבתי לעצמי: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איפה כדאי לי להיות "גמיש/ה בדרך, יציב/ה במטרה"?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