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דף עבודה · 🧭 חט״ב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גמישים בדרך, יציבים במטרה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📘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מטרות: לזהות מחשבה קשיחה מול גמישה; לנסח תוכנית ב׳ כשהתוכנית משתנה; להפוך "לא" ל"עוד לא"; להבחין בין מה שבידיים שלי למה שלא.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"מחשבים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מתי ההודעה הזאת מופיעה באפליקציית ניווט? מה היא מלמדת? מציגים את ארבעת כפתורי "הנווט הפנימי".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ממיינים במליאה מחשבות מהאתר (מקרינים). כל זוג מחליט ומנמק.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מחשבים מסלול מחדש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קבוצות מקבלות קלף שינוי-בתוכנית, בוחרות תגובה ומנסחות תוכנית ב׳ משלהן. מציגות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עוד לא / 🎯 מה בידיים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 ועולים: "עוד לא". חט״ב: שניהם. חט״ע: מלכודות חשיבה + טיעון נגדי.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משחק ההחלפה + 🌬️ 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מתנסים 60 שניות במשחק, מדברים על "מחיר ההחלפה", וסוגרים בנשימה.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🎫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כרטיס. נפרדים במשפט: "גמישים בדרך, יציבים במטרה".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א׳: 1. קשיחה · 2. גמישה · 3. קשיחה · 4. גמישה · 5. קשיחה · 6. גמישה · 7. קשיחה · 8. גמישה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ג׳ (מיון): כמה זמן אני משקיע/ה בלמידה – בידיים שלי · איזה ציון יקבלו אחרים – לא בידיים שלי · איך אני מגיב/ה לתגובה פוגענית ברשת – בידיים שלי · מה אנשים יכתבו עליי – לא בידיים שלי · כמה שעות אני ישן/ה – בידיים שלי · החלטות של משרד החינוך – לא בידיים שלי</w:t>
      </w:r>
    </w:p>
    <w:p>
      <w:pPr>
        <w:bidi w:val="1"/>
        <w:spacing w:after="80"/>
        <w:jc w:val="right"/>
        <w:shd w:val="clear" w:color="auto" w:fill="EEF4FF"/>
      </w:pPr>
      <w:r>
        <w:rPr>
          <w:rFonts w:ascii="Arial" w:hAnsi="Arial" w:cs="Arial"/>
          <w:b w:val="0"/>
          <w:color w:val="0B3D5B"/>
          <w:sz w:val="21"/>
          <w:rtl w:val="1"/>
          <w:szCs w:val="21"/>
        </w:rPr>
        <w:t>🤝 מרחב בטוח: השיתוף הוא בחירה; תמיכה ולא טיפול; כל חשש – ליועצת באותו יום. מול פגיעה, חרם או אלימות לא מבקשים להתגמש.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גש״ר מאח״ד: גוף – עש״ן ד״ק · שכל – מחשבה גמישה · חברה – תוכנית ב׳ בקבוצה · דמיון – "אחרי העוד לא". ברוח מעש״ה: שואלים לפני שמפרשים, ובונים רצף – מה קרה, מה עכשיו, מה הלאה.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· 🧭 חט״ב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   כיתה: ______   תאריך: 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א׳ – 🎋 קשיח או גמיש?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מחשבה קשיחה נתקעת על דרך אחת; מחשבה גמישה מחפשת עוד דרך. סמנו ליד כל מחשבה: 🪵 קשיחה או 🎋 גמישה.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אם לא נכנסתי לנבחרת השנה, כנראה שאני פשוט לא טוב/ה בספורט.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המורה החליפה את סדר הבחינות – אחלק מחדש את זמני הלמידה.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אם החברים לא ענו לי בקבוצה – הם בטח כועסים עליי.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לא הבנתי את החומר בשיעור, אבקש דוגמה נוספת או אצפה בהסבר אחר.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העבודה בזוגות חייבת להיות בדיוק כמו שאני רוצה.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לא קיבלתי את התפקיד בהצגה – אולי אנסה תפאורה או במה.   🪵 / 🎋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ב׳ – 🧭 מחשבים מסלול מחדש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התוכנית השתנתה. קראו את המקרה, הקיפו את התגובה הגמישה, וכתבו תוכנית ב׳ משלכם.</w:t>
      </w:r>
    </w:p>
    <w:p>
      <w:pPr>
        <w:bidi w:val="1"/>
        <w:spacing w:after="80"/>
        <w:jc w:val="right"/>
        <w:shd w:val="clear" w:color="auto" w:fill="F2F8FF"/>
      </w:pPr>
      <w:r>
        <w:rPr>
          <w:rFonts w:ascii="Arial" w:hAnsi="Arial" w:cs="Arial"/>
          <w:b/>
          <w:sz w:val="24"/>
          <w:rtl w:val="1"/>
          <w:szCs w:val="24"/>
          <w:bCs/>
        </w:rPr>
        <w:t>📦 📱 הטלפון נגמרה לו הסוללה – קבעת עם חברים במרכז העיר, והסוללה נגמרה לפני שסגרתם איפה בדיוק.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אגיע למקום הכי מוכר שדיברנו עליו, ואבקש ממוכר/ת להתקשר לחבר/ה מטלפון של מישהו/י.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אחזור הביתה, אין מה לעשות.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אכעס על כולם שלא קבעו מקום מדויק.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✍️ התוכנית ב׳ שלי: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ג׳ – ⏳ עוד לא · 🎯 מה בידיים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הפכו כל משפט תקוע למשפט עם "עוד לא" וצעד הבא. אחר כך מיינו.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"אני לא מבין/ה אנגלית."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"אני לא טיפוס של מדעים."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"נכשלתי, זה סימן שאני לא מתאים/ה."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מיינו (🎯 בידיים שלי / ☁️ לא בידיים שלי):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כמה זמן אני משקיע/ה בלמידה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איזה ציון יקבלו אחרים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איך אני מגיב/ה לתגובה פוגענית ברשת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מה אנשים יכתבו עליי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כמה שעות אני ישן/ה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החלטות של משרד החינוך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✂️ - - - - - - - גזרו כאן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🎫 כרטיס יציאה · שם: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מצב שבו התוכנית שלי השתנתה: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מחשבה קשיחה שעלתה לי – ואיך הייתי מנסח/ת אותה בגמישות: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דבר אחד שבידיים שלי השבוע: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